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5953"/>
      </w:tblGrid>
      <w:tr w:rsidR="004269BB" w14:paraId="19C6D3B2" w14:textId="77777777" w:rsidTr="00974CF0">
        <w:tc>
          <w:tcPr>
            <w:tcW w:w="2660" w:type="dxa"/>
          </w:tcPr>
          <w:p w14:paraId="63CC9B78" w14:textId="77777777" w:rsidR="004269BB" w:rsidRDefault="00000000">
            <w:r>
              <w:rPr>
                <w:noProof/>
              </w:rPr>
              <w:drawing>
                <wp:inline distT="0" distB="0" distL="0" distR="0" wp14:anchorId="34BB5DF4" wp14:editId="1310373B">
                  <wp:extent cx="936000" cy="93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3B753032" w14:textId="4445B97C" w:rsidR="004269BB" w:rsidRDefault="00000000" w:rsidP="00974CF0">
            <w:pPr>
              <w:spacing w:before="140"/>
              <w:jc w:val="center"/>
            </w:pPr>
            <w:r>
              <w:rPr>
                <w:b/>
                <w:sz w:val="18"/>
              </w:rPr>
              <w:t>T.C.</w:t>
            </w:r>
            <w:r>
              <w:rPr>
                <w:b/>
                <w:sz w:val="18"/>
              </w:rPr>
              <w:br/>
            </w:r>
            <w:r>
              <w:rPr>
                <w:b/>
              </w:rPr>
              <w:t>KAHRAMANMARAŞ SÜTÇÜ İMAM</w:t>
            </w:r>
            <w:r w:rsidR="00974CF0">
              <w:rPr>
                <w:b/>
              </w:rPr>
              <w:t xml:space="preserve"> </w:t>
            </w:r>
            <w:r>
              <w:rPr>
                <w:b/>
              </w:rPr>
              <w:t>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7BB40BDB" w14:textId="7F85428B" w:rsidR="004269BB" w:rsidRDefault="00974CF0" w:rsidP="00974CF0">
      <w:pPr>
        <w:pBdr>
          <w:bottom w:val="single" w:sz="10" w:space="0" w:color="C59C57"/>
        </w:pBdr>
        <w:spacing w:after="260"/>
        <w:jc w:val="center"/>
      </w:pPr>
      <w:r w:rsidRPr="00974CF0">
        <w:t>DİĞER YÜKSEKÖĞRETİM KURUMLARINDAN DERS ALMA DİLEKÇESİ</w:t>
      </w:r>
    </w:p>
    <w:p w14:paraId="502D2D63" w14:textId="77777777" w:rsidR="0064162B" w:rsidRDefault="0064162B">
      <w:pPr>
        <w:spacing w:after="320"/>
        <w:jc w:val="center"/>
        <w:rPr>
          <w:b/>
        </w:rPr>
      </w:pPr>
    </w:p>
    <w:p w14:paraId="0AA3CB54" w14:textId="39280AA5" w:rsidR="004269BB" w:rsidRDefault="00000000">
      <w:pPr>
        <w:spacing w:after="320"/>
        <w:jc w:val="center"/>
      </w:pPr>
      <w:r>
        <w:rPr>
          <w:b/>
        </w:rPr>
        <w:t>................................................ ANA BİLİM DALI BAŞKANLIĞINA</w:t>
      </w:r>
    </w:p>
    <w:p w14:paraId="73890939" w14:textId="419FE2AE" w:rsidR="004269BB" w:rsidRDefault="00000000" w:rsidP="0064162B">
      <w:pPr>
        <w:spacing w:after="140"/>
        <w:ind w:firstLine="720"/>
        <w:jc w:val="both"/>
      </w:pPr>
      <w:r>
        <w:t>Ana Bilim Dalınızın ................................ numaralı ................................ Tezli Yüksek Lisans/Tezsiz Yüksek Lisans/Doktora programı öğrencisiyim. ................................ Üniversitesi ................................ Enstitüsü ................................ Ana Bilim Dalından aşağıda kodu, adı ve kredisi belirtilen dersi/dersleri 20....–20.... Eğitim-Öğretim Yılı .... (Güz/Bahar) yarıyılında almak istiyorum. Gereğini saygılarımla arz ederim</w:t>
      </w:r>
      <w:r w:rsidR="0064162B">
        <w:t>…..</w:t>
      </w:r>
      <w:r>
        <w:t>/ .... / 202..</w:t>
      </w:r>
    </w:p>
    <w:p w14:paraId="6B8DC769" w14:textId="77777777" w:rsidR="0064162B" w:rsidRDefault="0064162B">
      <w:pPr>
        <w:spacing w:after="280"/>
        <w:jc w:val="right"/>
      </w:pPr>
    </w:p>
    <w:p w14:paraId="6B33C8A4" w14:textId="53BF4382" w:rsidR="004269BB" w:rsidRDefault="00000000">
      <w:pPr>
        <w:spacing w:after="280"/>
        <w:jc w:val="right"/>
      </w:pPr>
      <w:r>
        <w:t>(Adı, Soyadı, İmza)</w:t>
      </w:r>
    </w:p>
    <w:p w14:paraId="3CA51C03" w14:textId="77777777" w:rsidR="004269BB" w:rsidRDefault="00000000">
      <w:pPr>
        <w:spacing w:after="100"/>
      </w:pPr>
      <w:r>
        <w:rPr>
          <w:b/>
        </w:rPr>
        <w:t xml:space="preserve">Adres : </w:t>
      </w:r>
      <w:r>
        <w:t>................................................................................................</w:t>
      </w:r>
    </w:p>
    <w:p w14:paraId="2530703D" w14:textId="77777777" w:rsidR="004269BB" w:rsidRDefault="00000000">
      <w:pPr>
        <w:spacing w:after="100"/>
      </w:pPr>
      <w:r>
        <w:rPr>
          <w:b/>
        </w:rPr>
        <w:t xml:space="preserve">GSM : </w:t>
      </w:r>
      <w:r>
        <w:t>................................................................................................</w:t>
      </w:r>
    </w:p>
    <w:p w14:paraId="4E4EA322" w14:textId="77777777" w:rsidR="004269BB" w:rsidRDefault="00000000">
      <w:pPr>
        <w:spacing w:after="100"/>
      </w:pPr>
      <w:r>
        <w:rPr>
          <w:b/>
        </w:rPr>
        <w:t xml:space="preserve">E-posta : </w:t>
      </w:r>
      <w:r>
        <w:t>................................................................................................</w:t>
      </w:r>
    </w:p>
    <w:p w14:paraId="33EADA23" w14:textId="77777777" w:rsidR="0064162B" w:rsidRDefault="0064162B">
      <w:pPr>
        <w:pBdr>
          <w:bottom w:val="single" w:sz="8" w:space="0" w:color="D5BC8A"/>
        </w:pBdr>
        <w:spacing w:before="140" w:after="100"/>
        <w:rPr>
          <w:b/>
        </w:rPr>
      </w:pPr>
    </w:p>
    <w:p w14:paraId="39D53A6D" w14:textId="68F902BC" w:rsidR="004269BB" w:rsidRDefault="00000000">
      <w:pPr>
        <w:pBdr>
          <w:bottom w:val="single" w:sz="8" w:space="0" w:color="D5BC8A"/>
        </w:pBdr>
        <w:spacing w:before="140" w:after="100"/>
      </w:pPr>
      <w:r>
        <w:rPr>
          <w:b/>
        </w:rPr>
        <w:t>ALINMASI TALEP EDİLEN DERSLER</w:t>
      </w:r>
    </w:p>
    <w:tbl>
      <w:tblPr>
        <w:tblStyle w:val="TabloKlavuzu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992"/>
        <w:gridCol w:w="3402"/>
        <w:gridCol w:w="1134"/>
        <w:gridCol w:w="992"/>
        <w:gridCol w:w="851"/>
      </w:tblGrid>
      <w:tr w:rsidR="004269BB" w14:paraId="4C5D599D" w14:textId="77777777" w:rsidTr="00974CF0">
        <w:tc>
          <w:tcPr>
            <w:tcW w:w="1101" w:type="dxa"/>
          </w:tcPr>
          <w:p w14:paraId="442F30BA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Dönemi</w:t>
            </w:r>
          </w:p>
        </w:tc>
        <w:tc>
          <w:tcPr>
            <w:tcW w:w="1134" w:type="dxa"/>
          </w:tcPr>
          <w:p w14:paraId="616D3433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Yarıyılı</w:t>
            </w:r>
          </w:p>
        </w:tc>
        <w:tc>
          <w:tcPr>
            <w:tcW w:w="992" w:type="dxa"/>
          </w:tcPr>
          <w:p w14:paraId="35786032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Kodu</w:t>
            </w:r>
          </w:p>
        </w:tc>
        <w:tc>
          <w:tcPr>
            <w:tcW w:w="3402" w:type="dxa"/>
          </w:tcPr>
          <w:p w14:paraId="660F2592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Adı</w:t>
            </w:r>
          </w:p>
        </w:tc>
        <w:tc>
          <w:tcPr>
            <w:tcW w:w="1134" w:type="dxa"/>
          </w:tcPr>
          <w:p w14:paraId="6E212FD9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Kredisi</w:t>
            </w:r>
          </w:p>
        </w:tc>
        <w:tc>
          <w:tcPr>
            <w:tcW w:w="992" w:type="dxa"/>
          </w:tcPr>
          <w:p w14:paraId="0A35818F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AKTS</w:t>
            </w:r>
          </w:p>
        </w:tc>
        <w:tc>
          <w:tcPr>
            <w:tcW w:w="851" w:type="dxa"/>
          </w:tcPr>
          <w:p w14:paraId="41B809D0" w14:textId="77777777" w:rsidR="004269BB" w:rsidRDefault="00000000">
            <w:pPr>
              <w:spacing w:before="100" w:after="100"/>
              <w:jc w:val="center"/>
            </w:pPr>
            <w:r>
              <w:rPr>
                <w:b/>
              </w:rPr>
              <w:t>Notu</w:t>
            </w:r>
          </w:p>
        </w:tc>
      </w:tr>
      <w:tr w:rsidR="004269BB" w14:paraId="48D5BA75" w14:textId="77777777" w:rsidTr="00974CF0">
        <w:tc>
          <w:tcPr>
            <w:tcW w:w="1101" w:type="dxa"/>
          </w:tcPr>
          <w:p w14:paraId="3443A8D6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22B0FA8D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7A88C0C5" w14:textId="77777777" w:rsidR="004269BB" w:rsidRDefault="004269BB">
            <w:pPr>
              <w:spacing w:before="100" w:after="100"/>
            </w:pPr>
          </w:p>
        </w:tc>
        <w:tc>
          <w:tcPr>
            <w:tcW w:w="3402" w:type="dxa"/>
          </w:tcPr>
          <w:p w14:paraId="6B5845B1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34768885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42601B7A" w14:textId="77777777" w:rsidR="004269BB" w:rsidRDefault="004269BB">
            <w:pPr>
              <w:spacing w:before="100" w:after="100"/>
            </w:pPr>
          </w:p>
        </w:tc>
        <w:tc>
          <w:tcPr>
            <w:tcW w:w="851" w:type="dxa"/>
          </w:tcPr>
          <w:p w14:paraId="7C0AE3E5" w14:textId="77777777" w:rsidR="004269BB" w:rsidRDefault="004269BB">
            <w:pPr>
              <w:spacing w:before="100" w:after="100"/>
            </w:pPr>
          </w:p>
        </w:tc>
      </w:tr>
      <w:tr w:rsidR="004269BB" w14:paraId="1B40BA8C" w14:textId="77777777" w:rsidTr="00974CF0">
        <w:tc>
          <w:tcPr>
            <w:tcW w:w="1101" w:type="dxa"/>
          </w:tcPr>
          <w:p w14:paraId="4A5EF47E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37D66562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36FC31C0" w14:textId="77777777" w:rsidR="004269BB" w:rsidRDefault="004269BB">
            <w:pPr>
              <w:spacing w:before="100" w:after="100"/>
            </w:pPr>
          </w:p>
        </w:tc>
        <w:tc>
          <w:tcPr>
            <w:tcW w:w="3402" w:type="dxa"/>
          </w:tcPr>
          <w:p w14:paraId="040D61BA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106AE148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6F515049" w14:textId="77777777" w:rsidR="004269BB" w:rsidRDefault="004269BB">
            <w:pPr>
              <w:spacing w:before="100" w:after="100"/>
            </w:pPr>
          </w:p>
        </w:tc>
        <w:tc>
          <w:tcPr>
            <w:tcW w:w="851" w:type="dxa"/>
          </w:tcPr>
          <w:p w14:paraId="1D81E527" w14:textId="77777777" w:rsidR="004269BB" w:rsidRDefault="004269BB">
            <w:pPr>
              <w:spacing w:before="100" w:after="100"/>
            </w:pPr>
          </w:p>
        </w:tc>
      </w:tr>
      <w:tr w:rsidR="004269BB" w14:paraId="17207DDC" w14:textId="77777777" w:rsidTr="00974CF0">
        <w:tc>
          <w:tcPr>
            <w:tcW w:w="1101" w:type="dxa"/>
          </w:tcPr>
          <w:p w14:paraId="1D415B3D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6F55E67C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4D780D25" w14:textId="77777777" w:rsidR="004269BB" w:rsidRDefault="004269BB">
            <w:pPr>
              <w:spacing w:before="100" w:after="100"/>
            </w:pPr>
          </w:p>
        </w:tc>
        <w:tc>
          <w:tcPr>
            <w:tcW w:w="3402" w:type="dxa"/>
          </w:tcPr>
          <w:p w14:paraId="119D2613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54CA7461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75DF8008" w14:textId="77777777" w:rsidR="004269BB" w:rsidRDefault="004269BB">
            <w:pPr>
              <w:spacing w:before="100" w:after="100"/>
            </w:pPr>
          </w:p>
        </w:tc>
        <w:tc>
          <w:tcPr>
            <w:tcW w:w="851" w:type="dxa"/>
          </w:tcPr>
          <w:p w14:paraId="1A3FA819" w14:textId="77777777" w:rsidR="004269BB" w:rsidRDefault="004269BB">
            <w:pPr>
              <w:spacing w:before="100" w:after="100"/>
            </w:pPr>
          </w:p>
        </w:tc>
      </w:tr>
      <w:tr w:rsidR="004269BB" w14:paraId="00DB4FAB" w14:textId="77777777" w:rsidTr="00974CF0">
        <w:tc>
          <w:tcPr>
            <w:tcW w:w="1101" w:type="dxa"/>
          </w:tcPr>
          <w:p w14:paraId="54890BEE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289B8D58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728A2150" w14:textId="77777777" w:rsidR="004269BB" w:rsidRDefault="004269BB">
            <w:pPr>
              <w:spacing w:before="100" w:after="100"/>
            </w:pPr>
          </w:p>
        </w:tc>
        <w:tc>
          <w:tcPr>
            <w:tcW w:w="3402" w:type="dxa"/>
          </w:tcPr>
          <w:p w14:paraId="382CEAAE" w14:textId="77777777" w:rsidR="004269BB" w:rsidRDefault="004269BB">
            <w:pPr>
              <w:spacing w:before="100" w:after="100"/>
            </w:pPr>
          </w:p>
        </w:tc>
        <w:tc>
          <w:tcPr>
            <w:tcW w:w="1134" w:type="dxa"/>
          </w:tcPr>
          <w:p w14:paraId="2E33EF5A" w14:textId="77777777" w:rsidR="004269BB" w:rsidRDefault="004269BB">
            <w:pPr>
              <w:spacing w:before="100" w:after="100"/>
            </w:pPr>
          </w:p>
        </w:tc>
        <w:tc>
          <w:tcPr>
            <w:tcW w:w="992" w:type="dxa"/>
          </w:tcPr>
          <w:p w14:paraId="197216E1" w14:textId="77777777" w:rsidR="004269BB" w:rsidRDefault="004269BB">
            <w:pPr>
              <w:spacing w:before="100" w:after="100"/>
            </w:pPr>
          </w:p>
        </w:tc>
        <w:tc>
          <w:tcPr>
            <w:tcW w:w="851" w:type="dxa"/>
          </w:tcPr>
          <w:p w14:paraId="48E47EA5" w14:textId="77777777" w:rsidR="004269BB" w:rsidRDefault="004269BB">
            <w:pPr>
              <w:spacing w:before="100" w:after="100"/>
            </w:pPr>
          </w:p>
        </w:tc>
      </w:tr>
    </w:tbl>
    <w:p w14:paraId="049CCF8C" w14:textId="77777777" w:rsidR="0064162B" w:rsidRDefault="0064162B">
      <w:pPr>
        <w:pBdr>
          <w:bottom w:val="single" w:sz="8" w:space="0" w:color="D5BC8A"/>
        </w:pBdr>
        <w:spacing w:before="360" w:after="180"/>
        <w:rPr>
          <w:b/>
        </w:rPr>
      </w:pPr>
    </w:p>
    <w:p w14:paraId="788C10C9" w14:textId="2C45961E" w:rsidR="004269BB" w:rsidRDefault="00000000">
      <w:pPr>
        <w:pBdr>
          <w:bottom w:val="single" w:sz="8" w:space="0" w:color="D5BC8A"/>
        </w:pBdr>
        <w:spacing w:before="360" w:after="180"/>
      </w:pPr>
      <w:r>
        <w:rPr>
          <w:b/>
        </w:rPr>
        <w:t>DANIŞMAN GÖRÜŞÜ</w:t>
      </w:r>
    </w:p>
    <w:p w14:paraId="5B33FCAC" w14:textId="3E68E3C6" w:rsidR="004269BB" w:rsidRDefault="00000000" w:rsidP="0064162B">
      <w:pPr>
        <w:spacing w:after="160"/>
        <w:ind w:firstLine="720"/>
        <w:jc w:val="both"/>
      </w:pPr>
      <w:r>
        <w:t>Danışmanlığını yürüttüğüm ........................................................................’ın yukarıda belirtilen Üniversite/Enstitü/Ana Bilim Dalından belirtmiş olduğu dersi/dersleri alması tarafımca uygun görülmüştür..... / .... / 202..</w:t>
      </w:r>
    </w:p>
    <w:p w14:paraId="1AB59A18" w14:textId="77777777" w:rsidR="0064162B" w:rsidRDefault="0064162B">
      <w:pPr>
        <w:jc w:val="right"/>
      </w:pPr>
    </w:p>
    <w:p w14:paraId="74712C3F" w14:textId="3E5DB716" w:rsidR="004269BB" w:rsidRDefault="0064162B">
      <w:pPr>
        <w:jc w:val="right"/>
      </w:pPr>
      <w:r>
        <w:t>(</w:t>
      </w:r>
      <w:r w:rsidR="00000000">
        <w:t>Danışman unvanı, adı, soyadı, imza</w:t>
      </w:r>
      <w:r>
        <w:t>)</w:t>
      </w:r>
    </w:p>
    <w:sectPr w:rsidR="004269BB" w:rsidSect="00034616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5170092">
    <w:abstractNumId w:val="8"/>
  </w:num>
  <w:num w:numId="2" w16cid:durableId="1979264587">
    <w:abstractNumId w:val="6"/>
  </w:num>
  <w:num w:numId="3" w16cid:durableId="1131097784">
    <w:abstractNumId w:val="5"/>
  </w:num>
  <w:num w:numId="4" w16cid:durableId="2004818423">
    <w:abstractNumId w:val="4"/>
  </w:num>
  <w:num w:numId="5" w16cid:durableId="1475680751">
    <w:abstractNumId w:val="7"/>
  </w:num>
  <w:num w:numId="6" w16cid:durableId="1873031495">
    <w:abstractNumId w:val="3"/>
  </w:num>
  <w:num w:numId="7" w16cid:durableId="767121064">
    <w:abstractNumId w:val="2"/>
  </w:num>
  <w:num w:numId="8" w16cid:durableId="904025105">
    <w:abstractNumId w:val="1"/>
  </w:num>
  <w:num w:numId="9" w16cid:durableId="6314464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9639D"/>
    <w:rsid w:val="00326F90"/>
    <w:rsid w:val="004269BB"/>
    <w:rsid w:val="0064162B"/>
    <w:rsid w:val="00822B22"/>
    <w:rsid w:val="00913778"/>
    <w:rsid w:val="00974CF0"/>
    <w:rsid w:val="00AA1D8D"/>
    <w:rsid w:val="00B47730"/>
    <w:rsid w:val="00CB0664"/>
    <w:rsid w:val="00E926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CD730"/>
  <w14:defaultImageDpi w14:val="300"/>
  <w15:docId w15:val="{0237E21B-F982-42B2-A142-346E65E0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3</cp:revision>
  <dcterms:created xsi:type="dcterms:W3CDTF">2026-09-24T08:45:00Z</dcterms:created>
  <dcterms:modified xsi:type="dcterms:W3CDTF">2026-09-24T08:45:00Z</dcterms:modified>
  <cp:category/>
</cp:coreProperties>
</file>